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386" w:rsidRDefault="00D923F9">
      <w:pPr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1D29A3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國立清華大學數理教育研究所</w:t>
      </w:r>
    </w:p>
    <w:p w:rsidR="00242A97" w:rsidRPr="001D29A3" w:rsidRDefault="00D923F9">
      <w:pPr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bookmarkStart w:id="0" w:name="_GoBack"/>
      <w:bookmarkEnd w:id="0"/>
      <w:r w:rsidRPr="001D29A3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教室借用申請表</w:t>
      </w:r>
    </w:p>
    <w:tbl>
      <w:tblPr>
        <w:tblStyle w:val="aff2"/>
        <w:tblW w:w="4864" w:type="pct"/>
        <w:jc w:val="center"/>
        <w:tblLook w:val="04A0" w:firstRow="1" w:lastRow="0" w:firstColumn="1" w:lastColumn="0" w:noHBand="0" w:noVBand="1"/>
      </w:tblPr>
      <w:tblGrid>
        <w:gridCol w:w="1401"/>
        <w:gridCol w:w="4445"/>
        <w:gridCol w:w="1350"/>
        <w:gridCol w:w="3433"/>
      </w:tblGrid>
      <w:tr w:rsidR="00242A97" w:rsidRPr="00E5617A" w:rsidTr="00814890">
        <w:trPr>
          <w:trHeight w:val="794"/>
          <w:jc w:val="center"/>
        </w:trPr>
        <w:tc>
          <w:tcPr>
            <w:tcW w:w="659" w:type="pct"/>
            <w:vAlign w:val="center"/>
          </w:tcPr>
          <w:p w:rsidR="00242A97" w:rsidRPr="00E5617A" w:rsidRDefault="00D923F9" w:rsidP="00814890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申請日期</w:t>
            </w:r>
            <w:proofErr w:type="spellEnd"/>
          </w:p>
        </w:tc>
        <w:tc>
          <w:tcPr>
            <w:tcW w:w="2091" w:type="pct"/>
            <w:vAlign w:val="center"/>
          </w:tcPr>
          <w:p w:rsidR="00242A97" w:rsidRPr="00E5617A" w:rsidRDefault="00242A97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242A97" w:rsidRPr="00E5617A" w:rsidRDefault="00D923F9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借用教室</w:t>
            </w:r>
            <w:proofErr w:type="spellEnd"/>
          </w:p>
        </w:tc>
        <w:tc>
          <w:tcPr>
            <w:tcW w:w="1616" w:type="pct"/>
            <w:vAlign w:val="center"/>
          </w:tcPr>
          <w:p w:rsidR="00242A97" w:rsidRPr="00E5617A" w:rsidRDefault="00242A97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42A97" w:rsidRPr="00E5617A" w:rsidTr="00814890">
        <w:trPr>
          <w:trHeight w:val="794"/>
          <w:jc w:val="center"/>
        </w:trPr>
        <w:tc>
          <w:tcPr>
            <w:tcW w:w="659" w:type="pct"/>
            <w:vAlign w:val="center"/>
          </w:tcPr>
          <w:p w:rsidR="00242A97" w:rsidRPr="00E5617A" w:rsidRDefault="00D923F9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借用人</w:t>
            </w:r>
            <w:proofErr w:type="spellEnd"/>
          </w:p>
        </w:tc>
        <w:tc>
          <w:tcPr>
            <w:tcW w:w="2091" w:type="pct"/>
            <w:vAlign w:val="center"/>
          </w:tcPr>
          <w:p w:rsidR="00242A97" w:rsidRPr="00E5617A" w:rsidRDefault="00242A97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242A97" w:rsidRPr="00E5617A" w:rsidRDefault="00D923F9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1616" w:type="pct"/>
            <w:vAlign w:val="center"/>
          </w:tcPr>
          <w:p w:rsidR="00242A97" w:rsidRPr="00E5617A" w:rsidRDefault="00242A97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42A97" w:rsidRPr="00E5617A" w:rsidTr="00814890">
        <w:trPr>
          <w:trHeight w:val="794"/>
          <w:jc w:val="center"/>
        </w:trPr>
        <w:tc>
          <w:tcPr>
            <w:tcW w:w="659" w:type="pct"/>
            <w:vAlign w:val="center"/>
          </w:tcPr>
          <w:p w:rsidR="00242A97" w:rsidRPr="00E5617A" w:rsidRDefault="004D394A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-mail</w:t>
            </w:r>
          </w:p>
        </w:tc>
        <w:tc>
          <w:tcPr>
            <w:tcW w:w="2091" w:type="pct"/>
            <w:vAlign w:val="center"/>
          </w:tcPr>
          <w:p w:rsidR="00242A97" w:rsidRPr="00E5617A" w:rsidRDefault="00242A97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242A97" w:rsidRPr="00E5617A" w:rsidRDefault="00D923F9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使用人數</w:t>
            </w:r>
            <w:proofErr w:type="spellEnd"/>
          </w:p>
        </w:tc>
        <w:tc>
          <w:tcPr>
            <w:tcW w:w="1616" w:type="pct"/>
            <w:vAlign w:val="center"/>
          </w:tcPr>
          <w:p w:rsidR="00242A97" w:rsidRPr="00E5617A" w:rsidRDefault="00D923F9">
            <w:pPr>
              <w:spacing w:before="68" w:after="68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E5617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共</w:t>
            </w:r>
            <w:proofErr w:type="gram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＿</w:t>
            </w:r>
            <w:proofErr w:type="gramEnd"/>
            <w:r w:rsidR="003C618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_</w:t>
            </w:r>
            <w:r w:rsidR="004D394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_</w:t>
            </w:r>
            <w:r w:rsidR="004D394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___</w:t>
            </w:r>
            <w:r w:rsidRPr="00E5617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＿人</w:t>
            </w:r>
          </w:p>
        </w:tc>
      </w:tr>
      <w:tr w:rsidR="00242A97" w:rsidRPr="00E5617A" w:rsidTr="004D394A">
        <w:trPr>
          <w:trHeight w:val="863"/>
          <w:jc w:val="center"/>
        </w:trPr>
        <w:tc>
          <w:tcPr>
            <w:tcW w:w="659" w:type="pct"/>
            <w:vAlign w:val="center"/>
          </w:tcPr>
          <w:p w:rsidR="00E5617A" w:rsidRDefault="00D923F9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借用日期</w:t>
            </w:r>
            <w:proofErr w:type="spellEnd"/>
          </w:p>
          <w:p w:rsidR="00242A97" w:rsidRPr="00E5617A" w:rsidRDefault="00E5617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及時間</w:t>
            </w:r>
            <w:proofErr w:type="spellEnd"/>
          </w:p>
        </w:tc>
        <w:tc>
          <w:tcPr>
            <w:tcW w:w="2091" w:type="pct"/>
            <w:vAlign w:val="center"/>
          </w:tcPr>
          <w:p w:rsidR="00242A97" w:rsidRDefault="004D394A" w:rsidP="004D394A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自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 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年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月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日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時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 w:rsidR="0075333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5333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分</w:t>
            </w:r>
          </w:p>
          <w:p w:rsidR="004D394A" w:rsidRPr="00E5617A" w:rsidRDefault="004D394A" w:rsidP="004D394A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時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635" w:type="pct"/>
            <w:vAlign w:val="center"/>
          </w:tcPr>
          <w:p w:rsidR="00242A97" w:rsidRPr="00E5617A" w:rsidRDefault="00BC041B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借用教</w:t>
            </w:r>
            <w:r w:rsidR="00E5617A"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師</w:t>
            </w:r>
          </w:p>
        </w:tc>
        <w:tc>
          <w:tcPr>
            <w:tcW w:w="1616" w:type="pct"/>
            <w:vAlign w:val="bottom"/>
          </w:tcPr>
          <w:p w:rsidR="00242A97" w:rsidRPr="004D394A" w:rsidRDefault="004D394A" w:rsidP="004D394A">
            <w:pPr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D394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lang w:eastAsia="zh-TW"/>
              </w:rPr>
              <w:t>(</w:t>
            </w:r>
            <w:proofErr w:type="gramStart"/>
            <w:r w:rsidRPr="004D394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lang w:eastAsia="zh-TW"/>
              </w:rPr>
              <w:t>教師親簽或</w:t>
            </w:r>
            <w:proofErr w:type="gramEnd"/>
            <w:r w:rsidRPr="004D394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lang w:eastAsia="zh-TW"/>
              </w:rPr>
              <w:t>蓋章</w:t>
            </w:r>
            <w:r w:rsidRPr="004D394A"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  <w:lang w:eastAsia="zh-TW"/>
              </w:rPr>
              <w:t>)</w:t>
            </w:r>
          </w:p>
        </w:tc>
      </w:tr>
      <w:tr w:rsidR="00242A97" w:rsidRPr="00E5617A" w:rsidTr="008A15EB">
        <w:trPr>
          <w:trHeight w:val="3491"/>
          <w:jc w:val="center"/>
        </w:trPr>
        <w:tc>
          <w:tcPr>
            <w:tcW w:w="659" w:type="pct"/>
            <w:vAlign w:val="center"/>
          </w:tcPr>
          <w:p w:rsidR="00242A97" w:rsidRPr="00E5617A" w:rsidRDefault="00D923F9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E5617A">
              <w:rPr>
                <w:rFonts w:ascii="Times New Roman" w:eastAsia="標楷體" w:hAnsi="Times New Roman" w:cs="Times New Roman"/>
                <w:sz w:val="24"/>
                <w:szCs w:val="24"/>
              </w:rPr>
              <w:t>借用原因</w:t>
            </w:r>
            <w:proofErr w:type="spellEnd"/>
          </w:p>
        </w:tc>
        <w:tc>
          <w:tcPr>
            <w:tcW w:w="4341" w:type="pct"/>
            <w:gridSpan w:val="3"/>
            <w:vAlign w:val="center"/>
          </w:tcPr>
          <w:p w:rsidR="00E5617A" w:rsidRDefault="00E5617A" w:rsidP="00E5617A">
            <w:pPr>
              <w:spacing w:line="36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請勾選</w:t>
            </w:r>
          </w:p>
          <w:p w:rsidR="00E5617A" w:rsidRDefault="00E5617A" w:rsidP="00E5617A">
            <w:pPr>
              <w:spacing w:line="36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 師生論文討論</w:t>
            </w:r>
          </w:p>
          <w:p w:rsidR="004D394A" w:rsidRDefault="004D394A" w:rsidP="00E5617A">
            <w:pPr>
              <w:spacing w:line="36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□ </w:t>
            </w:r>
            <w: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導師生聚餐</w:t>
            </w:r>
          </w:p>
          <w:p w:rsidR="004D394A" w:rsidRPr="00E5617A" w:rsidRDefault="004D394A" w:rsidP="00E5617A">
            <w:pPr>
              <w:spacing w:line="36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□ </w:t>
            </w:r>
            <w: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教師研究計畫相關會議</w:t>
            </w:r>
          </w:p>
          <w:p w:rsidR="00E5617A" w:rsidRPr="00E5617A" w:rsidRDefault="00E5617A" w:rsidP="00E5617A">
            <w:pPr>
              <w:spacing w:line="36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□ </w:t>
            </w:r>
            <w:r w:rsidR="004D394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教師辦理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研討會</w:t>
            </w:r>
            <w:r w:rsidR="004D394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、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研習</w:t>
            </w:r>
            <w:r w:rsidR="004D394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等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活動</w:t>
            </w:r>
            <w:proofErr w:type="gramStart"/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（</w:t>
            </w:r>
            <w:proofErr w:type="gramEnd"/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活動名稱：__________________</w:t>
            </w:r>
            <w:r w:rsidR="00814890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___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___</w:t>
            </w:r>
            <w:r w:rsidR="00814890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______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</w:t>
            </w:r>
            <w:proofErr w:type="gramStart"/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）</w:t>
            </w:r>
            <w:proofErr w:type="gramEnd"/>
          </w:p>
          <w:p w:rsidR="00242A97" w:rsidRPr="00E5617A" w:rsidRDefault="00E5617A" w:rsidP="00E5617A">
            <w:pPr>
              <w:spacing w:line="36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 其他：___________________________________________________</w:t>
            </w:r>
            <w:r w:rsidR="00814890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____________</w:t>
            </w:r>
            <w:r w:rsidRPr="00E5617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_</w:t>
            </w:r>
          </w:p>
        </w:tc>
      </w:tr>
    </w:tbl>
    <w:p w:rsidR="00E5617A" w:rsidRDefault="00E5617A" w:rsidP="00E5617A">
      <w:pPr>
        <w:spacing w:line="240" w:lineRule="exact"/>
        <w:rPr>
          <w:rFonts w:ascii="Times New Roman" w:eastAsia="標楷體" w:hAnsi="Times New Roman" w:cs="Times New Roman"/>
          <w:sz w:val="24"/>
          <w:szCs w:val="24"/>
        </w:rPr>
      </w:pPr>
    </w:p>
    <w:p w:rsidR="00242A97" w:rsidRPr="00E5617A" w:rsidRDefault="00D923F9" w:rsidP="00E5617A">
      <w:pPr>
        <w:spacing w:line="240" w:lineRule="exact"/>
        <w:rPr>
          <w:rFonts w:ascii="Times New Roman" w:eastAsia="標楷體" w:hAnsi="Times New Roman" w:cs="Times New Roman"/>
          <w:sz w:val="24"/>
          <w:szCs w:val="24"/>
        </w:rPr>
      </w:pPr>
      <w:proofErr w:type="spellStart"/>
      <w:r w:rsidRPr="00E5617A">
        <w:rPr>
          <w:rFonts w:ascii="Times New Roman" w:eastAsia="標楷體" w:hAnsi="Times New Roman" w:cs="Times New Roman"/>
          <w:sz w:val="24"/>
          <w:szCs w:val="24"/>
        </w:rPr>
        <w:t>教室借用注意事項</w:t>
      </w:r>
      <w:proofErr w:type="spellEnd"/>
    </w:p>
    <w:p w:rsidR="00E5617A" w:rsidRDefault="00D923F9" w:rsidP="00E5617A">
      <w:pPr>
        <w:spacing w:line="240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</w:t>
      </w: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>借用人於使用完畢後，應確實關閉投影機、冷氣、燈光及門窗。</w:t>
      </w:r>
    </w:p>
    <w:p w:rsidR="00242A97" w:rsidRPr="00E5617A" w:rsidRDefault="00D923F9" w:rsidP="00E5617A">
      <w:pPr>
        <w:spacing w:line="240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</w:t>
      </w: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>使用期間請維持教室整潔，並妥善愛護設備。</w:t>
      </w:r>
    </w:p>
    <w:p w:rsidR="00242A97" w:rsidRPr="00E5617A" w:rsidRDefault="00D923F9" w:rsidP="00E5617A">
      <w:pPr>
        <w:spacing w:line="240" w:lineRule="exac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r w:rsidRPr="00E5617A">
        <w:rPr>
          <w:rFonts w:ascii="Times New Roman" w:eastAsia="標楷體" w:hAnsi="Times New Roman" w:cs="Times New Roman"/>
          <w:sz w:val="24"/>
          <w:szCs w:val="24"/>
          <w:lang w:eastAsia="zh-TW"/>
        </w:rPr>
        <w:t>教室設備若有異常或損壞，請立即通知所辦公室。</w:t>
      </w:r>
    </w:p>
    <w:sectPr w:rsidR="00242A97" w:rsidRPr="00E5617A" w:rsidSect="00E5617A">
      <w:pgSz w:w="12240" w:h="15840"/>
      <w:pgMar w:top="1134" w:right="810" w:bottom="11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BC1" w:rsidRDefault="00D20BC1" w:rsidP="0075333A">
      <w:pPr>
        <w:spacing w:after="0" w:line="240" w:lineRule="auto"/>
      </w:pPr>
      <w:r>
        <w:separator/>
      </w:r>
    </w:p>
  </w:endnote>
  <w:endnote w:type="continuationSeparator" w:id="0">
    <w:p w:rsidR="00D20BC1" w:rsidRDefault="00D20BC1" w:rsidP="0075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BC1" w:rsidRDefault="00D20BC1" w:rsidP="0075333A">
      <w:pPr>
        <w:spacing w:after="0" w:line="240" w:lineRule="auto"/>
      </w:pPr>
      <w:r>
        <w:separator/>
      </w:r>
    </w:p>
  </w:footnote>
  <w:footnote w:type="continuationSeparator" w:id="0">
    <w:p w:rsidR="00D20BC1" w:rsidRDefault="00D20BC1" w:rsidP="00753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386"/>
    <w:rsid w:val="00034616"/>
    <w:rsid w:val="0006063C"/>
    <w:rsid w:val="0015074B"/>
    <w:rsid w:val="001D29A3"/>
    <w:rsid w:val="002102FE"/>
    <w:rsid w:val="00242A97"/>
    <w:rsid w:val="00245E58"/>
    <w:rsid w:val="0029639D"/>
    <w:rsid w:val="00312CEA"/>
    <w:rsid w:val="00326F90"/>
    <w:rsid w:val="003C6184"/>
    <w:rsid w:val="004D394A"/>
    <w:rsid w:val="004E76C4"/>
    <w:rsid w:val="0075333A"/>
    <w:rsid w:val="00764B32"/>
    <w:rsid w:val="007B0785"/>
    <w:rsid w:val="007D6C2B"/>
    <w:rsid w:val="00814890"/>
    <w:rsid w:val="008A15EB"/>
    <w:rsid w:val="00AA1D8D"/>
    <w:rsid w:val="00AC1B4D"/>
    <w:rsid w:val="00B47730"/>
    <w:rsid w:val="00B61D3D"/>
    <w:rsid w:val="00BC041B"/>
    <w:rsid w:val="00C10AEC"/>
    <w:rsid w:val="00CB0664"/>
    <w:rsid w:val="00D20BC1"/>
    <w:rsid w:val="00D923F9"/>
    <w:rsid w:val="00DA718E"/>
    <w:rsid w:val="00DC39F0"/>
    <w:rsid w:val="00E561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817E2E"/>
  <w14:defaultImageDpi w14:val="300"/>
  <w15:docId w15:val="{709A7008-76C6-47E6-A103-08A90076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60DD97-A6CC-4AF0-A1B7-276CCA67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18</cp:revision>
  <dcterms:created xsi:type="dcterms:W3CDTF">2013-12-23T23:15:00Z</dcterms:created>
  <dcterms:modified xsi:type="dcterms:W3CDTF">2026-07-01T02:30:00Z</dcterms:modified>
  <cp:category/>
</cp:coreProperties>
</file>